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תשובה חזקה או חלשה בראיון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מה הופך תשובה בראיון לחזקה או לחלשה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מחדש של תשובות חלשות לתשובות חזקות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דוגמה אישית ואחריות עצמית משפרות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חזקה או חלשה?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היא מאשימה אחרים ולא לוקחת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דוגמה קונקרטית ושיתוף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תשובה חלשה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להראות אחריות אישית ולא רק להאשים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תשובה כנה שמראה מה למדנו מהניסיון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פירוט על מה שעשינו כדי לשפר את שיתוף הפעולה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תשובה חזקה לוקחת אחריות אישית ולא מאשימה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דוגמה ולקח מראים בגרות ואחריות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אפשר לדבר על קושי אם מראים מה למדנו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ביטחון עצמי הוא לדעת את היכולות שלנו בלי להגזים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מראה שיתוף פעולה ויכולת פתרון בעיות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חזקה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תשובה חלשה לניסוח חזק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(למדתי לחלק משימות ולתקשר יותר עם הצוות)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(כדאי היה לי לשאול שאלות הבהרה בתחילת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(למדתי להקשיב גם לדעות אחרות בצוות)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(מצאתי דרך להתחבר למטרה של הפרויקט ולתרום בו)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לבניית תשובה חזקה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לתאר בקצרה את המצב או הקושי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להסביר מה עשינו כדי להתמודד איתו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לקחת אחריות אישית על חלקנו במצב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לספר מה למדנו מהניסיון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לקשר את הלקח לעבודה העתידית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דוגמה קונקרטית, לשון גוף ראשון, אחריות אישית, לקח או שיפור, טון חיובי ולא מאשים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קריטריונים: הסרת האשמה, הוספת פירוט על שיתוף פעולה, לקיחת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חזקה לוקחת אחריות ומראה לקח, תשובה חלשה מאשימה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'תמיד אני' או 'זו לא אשמתי'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אישית מראה ניסיון אמיתי ומחזקת את האמינות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את הדוגמה מהדף ולבקש מהתלמידים להצביע חזקה/חלשה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עבודה בזוגות בחלק ההתאמה והכתיבה כדי לתרגל ניסוח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שווה לסיים בשיתוף תשובות אחדות מהחלק הפתוח מול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תשובה חזקה או חלשה בראיון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בראיון שואלים שאלות. יש תשובות טובות (חזקות) ויש תשובות לא טובות (חלשות). נלמד להבדיל ביניהן.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 עבודה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שואלים אדם אם הוא מתאים לעבודה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תשובה חזקה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טובה שמראה אחריות ושיתוף 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תשובה חלשה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שנשמעת כמו תירוץ או האשמה של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עבודת צוות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משותפת עם אנשים נוספים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ביקורת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להודות בטעות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דוגמה אישית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 ואמיתי מניסיון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ביטחון עצמי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להאמין ביכולות שלנו בלי להתגאות יותר מדי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 בלשון ״אני״ ולא רק להאשים 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חזקה או חלשה?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גורם לתשובה להיות לא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ארוכה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מאשימה אחרים ולא לוקחת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נאמרת בקול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כוללת דוגמה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כדאי שיהיה בתשובה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תלונות על חברי הצוות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 קונקרטית ושיתוף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הבטחה שזה לא יקרה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נשמע המשפט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תשובה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תשובה חלשה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דוגמה אישית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כדאי להגיד ״אני״?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להישמע מנומס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להראות אחריות אישית ולא רק להאשים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לדבר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תשובה טובה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תשובה שמאשימה את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תשובה כנה שמראה מה למדנו מהניסיון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תשובה קצרה מאוד בלי 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תשובה שמתעלמת מהשאלה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חסר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פירוט על מה שעשינו כדי לשפר את שיתוף הפעולה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המקום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המראיין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חזקה תמיד מאשימה אנשים אחרים בבעיה.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להפוך תשובה חלשה לחזקה על ידי הוספת דוגמה ולקח אישי.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עבודה כדאי להימנע לגמרי מלדבר על קשיים בעבר.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ביטחון עצמי בראיון פירושו להתגאות בלי גבול.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טובה על עבודת צוות יכולה לכלול תיאור של פתרון בעיה משותפת.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תשובה __________ לוקחת אחריות ולא מאשימה אחרים.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לבנות תשובה טובה כדאי להביא __________ אישית מהניסיון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בראיון חשוב לדבר ב__________ ראשון ולא להאשים את כולם.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תשובה שמאשימה את כולם ולא מראה אחריות נחשבת תשובה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עבודה משותפת עם אנשים נוספים נקראת עבודת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תשובה חלשה לניסוח חזק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תמיד אני עושה הכול לבד כי אחרים לא עובדים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כדאי היה לי לשאול שאלות הבהרה בתחילת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זו לא אשמתי, המנהל לא הסביר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למדתי לחלק משימות ולתקשר יותר עם הצוות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אני תמיד צודק ואחרים טועים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מצאתי דרך להתחבר למטרה של הפרויקט ולתרום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לא אהבתי את הפרויקט אז לא השקעתי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למדתי להקשיב גם לדעות אחרות בצוות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לבניית תשובה חזקה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מה עשינו כדי להתמודד איתו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לקחת אחריות אישית על חלקנו במצב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מה למדנו מהניסיון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לתאר בקצרה את המצב או הקושי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לקשר את הלקח לעבודה העתידית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תשובה חזקה משלכם לשאלה: ״ספרו על פעם שעבדתם בצוות.״ הקפידו לכלול דוגמה אישית, אחריות ולקח.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קחו את המשפט ״תמיד אני עושה הכול לבד כי האחרים לא עובדים״ ושכתבו אותו כתשובה חזקה.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העיקרי בין תשובה חזקה לתשובה חלשה?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לביטוי שהופך תשובה לחלשה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לכלול דוגמה אישית בתשובה בראיון?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תשובה חזקה או חלשה בראיון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